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NILSON JOSÉ RODRIGUES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08,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R$ 604,466.88 (96.7147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R$ 604,466.88)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R$ 31.488,86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R$ 604,466.88 (96.7147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R$ 604,466.88)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R$ 19.699,52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R$ 19.542,94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R$ 14.742,94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R$ 38.662,59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R$ 26.873,25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R$ 604,466.88 (96.7147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R$ 604,466.88)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R$ 23.818,86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R$ 604,466.88 (96.7147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R$ 604,466.88)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R$ 12.029,52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R$ 19.542,94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R$ 14.742,94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R$ 30.992,59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R$ 19.203,25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