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R$ 478,97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R$ 3.350,00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R$ 550,00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R$ 3.278,97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