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RESUMIDA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ORC-2026-067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JOSE LOPES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38 GLEBA 11, IPOCYSSARA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AVERBAÇÃO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c/ Valor Declarado — Georreferenciamento (Cód. 303b)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Final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R$ 478,97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5.75 ha × R$ 500/ha (mín. R$ 3500) × 0.90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(0.00 km × R$ 1.600)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Valor Bruto dos Serviços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R$ 3.350,00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DESCONTO CONCEDIDO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- R$ 550,00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VALOR LÍQUIDO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R$ 2.800,00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R$ 3.278,97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