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JOSE LOPES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38 GLEBA 11, IPOCYSSARA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5.75 ha × R$ 500/ha (mín. R$ 3500)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R$ 2.800,00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R$ 3.350,00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R$ 550,00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R$ 2.800,00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R$ 3.071,56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5.75 ha × R$ 500/ha (mín. R$ 3500)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R$ 2.800,00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R$ 3.350,00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R$ 550,00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R$ 2.800,00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R$ 3.071,56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