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 RAMOS DE JESUS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26-A, Gleba 08, Setor Gy-Paraná, P.I.C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26 (AREM)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 (AREM) (4.9054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R$ 103,94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R$ 450,40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26A1 (12.1000 ha / R$ 199,999.93)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R$ 199,999.93)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R$ 1.928,94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R$ 12.358,75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R$ 12.358,75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R$ 12.358,75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R$ 12.809,15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26 (AREM)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 (AREM) (4.9054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R$ 103,94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R$ 450,40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26A1 (12.1000 ha / R$ 199,999.93)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R$ 199,999.93)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R$ 1.460,44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R$ 10.944,40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R$ 10.944,40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R$ 10.944,40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R$ 11.394,80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