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ROBERTO OLIVEIRA DA SILVA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22-B (REM.), GLEBA 06, SETOR IPOCYSSARA, PROJETO FUNDIÁRIO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R$ 402,19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R$ 673,75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R$ 673,75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R$ 402,19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R$ 673,75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R$ 673,75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