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ORC-2026-071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ROBERTO OLIVEIRA DA SILVA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22-B (REM.), GLEBA 06, SETOR IPOCYSSARA, PROJETO FUNDIÁRIO CORUMBIARA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R$ 673,75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R$ 673,75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