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ORC-2026-007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JOAO DA SILVA SANTOS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SITIO SAO JOSE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10.00 ha × R$ 400/ha (mín. R$ 3800) × 1.90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R$ 7.600,00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(×2)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(1.00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R$ 1.600,00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R$ 9.600,00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R$ 1.000,00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R$ 1.700,00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4.  SERVICOS AVULSOS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2"/>
        <w:gridCol w:w="1247"/>
        <w:gridCol w:w="1474"/>
        <w:gridCol w:w="1531"/>
      </w:tblGrid>
      <w:tr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Qtd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Unit.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Total (R$)</w:t>
            </w:r>
          </w:p>
        </w:tc>
      </w:tr>
      <w:tr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DESM. DOAÇÃO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R$ 4.374,64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R$ 4.374,64</w:t>
            </w:r>
          </w:p>
        </w:tc>
      </w:tr>
      <w:tr>
        <w:tc>
          <w:tcPr>
            <w:tcW w:type="dxa" w:w="7017"/>
            <w:gridSpan w:val="3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Subtotal</w:t>
            </w:r>
          </w:p>
        </w:tc>
        <w:tc>
          <w:tcPr>
            <w:tcW w:type="dxa" w:w="2339"/>
            <w:shd w:val="clear" w:color="auto" w:fill="3A705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18"/>
              </w:rPr>
              <w:t>R$ 4.374,64</w:t>
            </w:r>
          </w:p>
        </w:tc>
      </w:tr>
    </w:tbl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R$ 11.300,00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10.00 ha × R$ 400/ha (mín. R$ 3800) × 1.90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R$ 7.600,00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(×2)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(1.00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R$ 1.600,00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R$ 9.600,00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R$ 1.000,00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R$ 1.700,00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4.  SERVICOS AVULSOS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2"/>
        <w:gridCol w:w="1247"/>
        <w:gridCol w:w="1474"/>
        <w:gridCol w:w="1531"/>
      </w:tblGrid>
      <w:tr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Qtd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Unit.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Total (R$)</w:t>
            </w:r>
          </w:p>
        </w:tc>
      </w:tr>
      <w:tr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DESM. DOAÇÃO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R$ 4.374,64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R$ 4.374,64</w:t>
            </w:r>
          </w:p>
        </w:tc>
      </w:tr>
      <w:tr>
        <w:tc>
          <w:tcPr>
            <w:tcW w:type="dxa" w:w="7017"/>
            <w:gridSpan w:val="3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Subtotal</w:t>
            </w:r>
          </w:p>
        </w:tc>
        <w:tc>
          <w:tcPr>
            <w:tcW w:type="dxa" w:w="2339"/>
            <w:shd w:val="clear" w:color="auto" w:fill="3A705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18"/>
              </w:rPr>
              <w:t>R$ 4.374,64</w:t>
            </w:r>
          </w:p>
        </w:tc>
      </w:tr>
    </w:tbl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R$ 11.300,00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