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R$ 1.700,00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R$ 4.374,64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R$ 4.374,64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R$ 4.374,64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R$ 1.700,00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R$ 4.374,64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R$ 4.374,64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R$ 4.374,64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