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LENIR MARIA DE JESUS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 LOTE 22-A-1, GLEBA 06, SETOR IPOCYSSARA, PROJETO FUNDIÁRIO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R$ 940,14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R$ 940,14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