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CLEIRO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48 H GLEBA 08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1 (3.3249 ha / R$ 54,957.01)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R$ 3.756,68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R$ 3.756,68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R$ 3.756,68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R$ 4.272,49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1 (3.3249 ha / R$ 54,957.01)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R$ 5.711,99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R$ 5.711,99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R$ 5.711,99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R$ 6.227,80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