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Isaac Lacerda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 13 - 98B1- 97B1 (UNIF) GL09 -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R$ 483,848.32 (49.2648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R$ 8.711,83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R$ 4.992,66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R$ 4.278,59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R$ 483,848.32)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R$ 18.840,55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R$ 18.840,55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R$ 483,848.32 (49.2648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R$ 2.490,81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R$ 4.992,66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R$ 3.424,72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R$ 483,848.32)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R$ 11.973,80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R$ 11.973,80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