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97B1 (UNIF) GLEBA 09 - GY-PARANÁ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R$ 120,837.35 (12.3035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(R$ 40,279.12)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R$ 1.905,37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R$ 120,837.35)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R$ 8.556,61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R$ 8.556,61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