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13 GLEBA 09 -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R$ 483,848.32 (49.2648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R$ 8.711,83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R$ 4.992,66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(R$ 161,282.77)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R$ 3.271,45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R$ 2.910,01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R$ 483,848.32)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R$ 22.610,05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R$ 22.610,05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R$ 483,848.32 (49.2648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R$ 2.490,81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R$ 4.992,66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(R$ 161,282.77)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R$ 3.271,45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R$ 2.958,07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R$ 483,848.32)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R$ 16.645,23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R$ 16.645,23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