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13 GLEBA 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(R$ 161,282.77)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R$ 22.610,05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R$ 22.610,05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