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14-F GLEBA 09 GY PARANA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R$ 80,720.94 (8.2189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R$ 2.002,96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(R$ 26,906.98)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R$ 424,37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R$ 1.310,88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R$ 80,720.94)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R$ 5.980,47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R$ 5.980,47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R$ 80,720.94 (8.2189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(R$ 26,906.98)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R$ 424,37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R$ 2.008,97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R$ 80,720.94)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R$ 7.005,54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R$ 7.005,54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