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LT32AGL03PROS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32A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