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14A GLEBA 09 GY PARANA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R$ 403,654.79 (41.0996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R$ 7.415,16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R$ 4.251,43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(R$ 134,551.60)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R$ 2.464,05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R$ 403,654.79)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R$ 19.191,03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R$ 19.191,03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R$ 403,654.79 (41.0996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R$ 2.490,81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R$ 4.251,43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(R$ 134,551.60)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R$ 2.656,62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R$ 403,654.79)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R$ 14.667,39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R$ 14.667,39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