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ORC-2026-083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NORBERTO LAGAÇO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100-A1-(REM.), GLEBA 09, SETOR GY-PARANÁ, P.I.C.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2E5B42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1ª OPÇÃO — ESCRITURA LAVRADA EM RONDÔNIA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(16.9359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(Cód. 205b)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R$ 325,91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R$ 1.183,38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1ª OPÇÃO — ESCRITURA LAVRADA EM RONDÔNIA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R$ 1.183,38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20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354"/>
      </w:tblGrid>
      <w:tr>
        <w:tc>
          <w:tcPr>
            <w:tcW w:type="dxa" w:w="9355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2ª OPÇÃO — ESCRITURA COM PROCURAÇÃO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after="4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ESCRITURA DE DOAÇÃO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AVALIAÇÃO DO IMÓVEL — base de cálculo dos emolumentos e do ITCMD: R$ 0.00 (16.9359 ha)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Escritura de Doação — Traslado incl. (lavratura por procuração)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R$ 2.121,80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Procurações públicas em RO — 2 × R$ 104.07 (1 vendedor(es)/doador(es) + 1 comprador(es)/donatário(s), cônjuges inclusos)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R$ 208,14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Registro c/ Valor Declarado — RI (Cód. 302a)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Escritura (Cód. 304d)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Registro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Duas Averbações s/ Valor — CCIR + ITR (Cód. 303a)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R$ 148,76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 Cartorário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R$ 934,40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Abertura de Matrícula (Cód. 302d)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R$ 244,25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Declaração ITCMD — SEFIN-RO (R$ 300 × 1 donatário(s))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ITCMD — Imposto sobre Doação (Lei RO 959/2000) (s/ R$ 0.00)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R$ 4.121,81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— 2ª OPÇÃO — ESCRITURA COM PROCURAÇÃO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R$ 4.121,81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