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R$ 0.00 (16.9359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R$ 1.183,38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R$ 1.183,38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