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 LAGAÇO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100-A1-(REM.), GLEBA 09, SETOR GY-PARANÁ,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R$ 166,333.91 (16.9359 ha)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(R$ 55,444.64)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R$ 166,333.91)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R$ 9.796,19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R$ 9.796,19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