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ORC-2026-084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NORBERTO LAGAÇO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100-A1-(REM.), GLEBA 09, SETOR GY-PARANÁ, P.I.C.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R$ 166,333.91 (16.9359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R$ 3.271,45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R$ 1.866,63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(R$ 55,444.64)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R$ 1.213,70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R$ 687,70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R$ 1.899,24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R$ 166,333.91)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R$ 9.796,19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R$ 9.796,19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