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ORC-2026-087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JHON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36 GLEBA 09 P.I.C. IPOCYSSARA - John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(58.5460 ha / R$ 575,002.51)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R$ 1.706,55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R$ 1.978,11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TOTAL (INFORMATIVO — RATEADO NOS LOTES)</w:t>
            </w:r>
          </w:p>
        </w:tc>
        <w:tc>
          <w:tcPr>
            <w:tcW w:type="dxa" w:w="4677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R$ 1.978,11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FOI RATEADA PROPORCIONALMENTE PARA CADA DESMEMBRAMENTO — ou seja, o valor de R$ 1.978,11 desta tabela foi dividido proporcionalmente à área de cada lote e lançado na tabela de cada imóvel desmembrado como 'Rateio Matrícula Mãe'.</w:t>
            </w:r>
          </w:p>
        </w:tc>
      </w:tr>
    </w:tbl>
    <w:p>
      <w:pPr>
        <w:spacing w:after="80"/>
      </w:pPr>
    </w:p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36 PRODES+MATA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36 PRODES+MATA (31.6000 ha / R$ 310,355.61)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R$ 5.554,72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R$ 3.181,54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(R$ 103,451.87)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R$ 2.341,23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R$ 1.336,98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(31.6000/58.5460 ha = 54.0% de R$ 1,978.11)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R$ 1.067,68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R$ 1.352,38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R$ 15.176,19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36 PRODES+MATA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36 PRODES+MATA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36 PRODES+MATA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36 PRODES+MATA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36 PRODES+MATA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31.6000 ha × R$ 200/ha (mín. R$ 4500)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R$ 6.320,00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— GEORREFERENCIAMENTO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R$ 3.020,00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R$ 22.996,19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R$ 22.996,19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LOTE 36 REMANESCENTE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36 REMANESCENTE (26.9460 ha — REMANESCENTE, sem transferência)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do desmembramento — s/ valor (Cód. 303.a — 18ª Nota)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(26.9460/58.5460 ha = 46.0% de R$ 1,978.11)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R$ 910,43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R$ 110,81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R$ 1.218,94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36 REMANESCENTE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36 REMANESCENTE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36 REMANESCENTE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36 REMANESCENTE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36 REMANESCENTE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26.9460 ha × R$ 200/ha (mín. R$ 4500)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R$ 5.389,20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— GEORREFERENCIAMENTO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R$ 2.089,20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R$ 8.108,14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R$ 8.108,14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R$ 27.973,24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(58.5460 ha / R$ 575,002.51)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R$ 1.706,55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R$ 1.978,11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TOTAL (INFORMATIVO — RATEADO NOS LOTES)</w:t>
            </w:r>
          </w:p>
        </w:tc>
        <w:tc>
          <w:tcPr>
            <w:tcW w:type="dxa" w:w="4677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R$ 1.978,11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FOI RATEADA PROPORCIONALMENTE PARA CADA DESMEMBRAMENTO — ou seja, o valor de R$ 1.978,11 desta tabela foi dividido proporcionalmente à área de cada lote e lançado na tabela de cada imóvel desmembrado como 'Rateio Matrícula Mãe'.</w:t>
            </w:r>
          </w:p>
        </w:tc>
      </w:tr>
    </w:tbl>
    <w:p>
      <w:pPr>
        <w:spacing w:after="80"/>
      </w:pPr>
    </w:p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36 PRODES+MATA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36 PRODES+MATA (31.6000 ha / R$ 310,355.61)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R$ 2.306,30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R$ 3.181,54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R$ 818,65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(R$ 103,451.87)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R$ 2.341,23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R$ 1.336,98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(31.6000/58.5460 ha = 54.0% de R$ 1,978.11)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R$ 1.067,68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R$ 1.048,36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R$ 12.650,54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36 PRODES+MATA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36 PRODES+MATA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36 PRODES+MATA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36 PRODES+MATA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36 PRODES+MATA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31.6000 ha × R$ 200/ha (mín. R$ 4500)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R$ 6.320,00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— GEORREFERENCIAMENTO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R$ 3.020,00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R$ 20.470,54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R$ 20.470,54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LOTE 36 REMANESCENTE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36 REMANESCENTE (26.9460 ha — REMANESCENTE, sem transferência)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do desmembramento — s/ valor (Cód. 303.a — 18ª Nota)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(26.9460/58.5460 ha = 46.0% de R$ 1,978.11)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R$ 910,43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R$ 110,81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R$ 1.218,94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36 REMANESCENTE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36 REMANESCENTE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36 REMANESCENTE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36 REMANESCENTE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36 REMANESCENTE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26.9460 ha × R$ 200/ha (mín. R$ 4500)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R$ 5.389,20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— GEORREFERENCIAMENTO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R$ 2.089,20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R$ 8.108,14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R$ 8.108,14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R$ 25.447,59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