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JHON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36 GLEBA 09 P.I.C. IPOCYSSARA - John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(58.5460 ha / R$ 575,002.51)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R$ 1.706,55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R$ 1.978,11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R$ 1.978,11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R$ 1.978,11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36 PRODES+MATA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 PRODES+MATA (31.6000 ha / R$ 310,355.61)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R$ 5.554,72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(R$ 103,451.87)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R$ 2.341,23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R$ 1.336,98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(31.6000/58.5460 ha = 54.0% de R$ 1,978.11)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R$ 1.067,68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R$ 1.245,61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R$ 15.069,42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36 PRODES+MATA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36 PRODES+MATA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36 PRODES+MATA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36 PRODES+MATA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36 PRODES+MATA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31.6000 ha × R$ 200/ha (mín. R$ 4500)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R$ 6.320,00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R$ 3.020,00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R$ 22.889,42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- R$ 3.020,00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R$ 19.869,42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36 REMANESCENTE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 REMANESCENTE (26.9460 ha — REMANESCENTE, sem transferência)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(26.9460/58.5460 ha = 46.0% de R$ 1,978.11)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R$ 910,43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R$ 217,58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R$ 1.325,71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36 REMANESCENTE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36 REMANESCENTE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36 REMANESCENTE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36 REMANESCENTE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36 REMANESCENTE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26.9460 ha × R$ 200/ha (mín. R$ 4500)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R$ 5.389,20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R$ 2.089,20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R$ 8.214,91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- R$ 2.089,20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R$ 6.125,71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R$ 25.995,13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