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JHON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36 GLEBA 09 P.I.C. IPOCYSSARA - John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36A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36A (9.6800 ha / R$ 159,999.95)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R$ 159,999.95)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R$ 1.090,27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R$ 9.741,57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R$ 9.741,57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R$ 9.741,57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36B (4.8400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R$ 691,35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R$ 5.748,12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36C (4.8400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R$ 691,35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R$ 5.748,12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R$ 21.237,81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36A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36A (9.6800 ha / R$ 159,999.95)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R$ 159,999.95)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R$ 901,96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R$ 9.227,57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R$ 9.227,57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R$ 9.227,57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36B (4.8400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R$ 756,75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R$ 6.756,32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R$ 6.756,32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R$ 6.756,32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36C (4.8400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R$ 756,75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R$ 6.756,32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R$ 6.756,32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R$ 6.756,32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R$ 22.740,21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